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62"/>
        <w:gridCol w:w="5162"/>
      </w:tblGrid>
      <w:tr>
        <w:tc>
          <w:tcPr>
            <w:tcW w:type="dxa" w:w="583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 w:before="0" w:line="240" w:lineRule="auto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240280" cy="66874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ll_supply_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280" cy="6687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</w:pPr>
            <w:r>
              <w:rPr>
                <w:rFonts w:ascii="Arial" w:hAnsi="Arial"/>
                <w:b/>
                <w:i w:val="0"/>
                <w:color w:val="2D6C86"/>
                <w:sz w:val="18"/>
              </w:rPr>
              <w:t>Sleek Bill</w:t>
            </w:r>
          </w:p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sz w:val="14"/>
              </w:rPr>
              <w:t>Amravati, Pune, Maharashtra (MH-27) 411057, IN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4"/>
              </w:rPr>
              <w:t>billing.sleekbill@gmail.com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4"/>
              </w:rPr>
              <w:t>GSTIN: 27AGFCV2445G1Z7   TIN: 110001099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4"/>
              </w:rPr>
              <w:t>Contact Name: V K Control System Pvt Ltd.</w:t>
            </w:r>
          </w:p>
        </w:tc>
        <w:tc>
          <w:tcPr>
            <w:tcW w:type="dxa" w:w="439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start w:w="0" w:type="dxa"/>
              <w:bottom w:w="0" w:type="dxa"/>
              <w:end w:w="0" w:type="dxa"/>
            </w:tcMar>
            <w:shd w:fill="2D6C86"/>
          </w:tcPr>
          <w:p>
            <w:pPr>
              <w:spacing w:after="0" w:before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666666"/>
                <w:sz w:val="16"/>
              </w:rPr>
              <w:t>Original</w:t>
            </w:r>
            <w:r>
              <w:br/>
            </w:r>
            <w:r>
              <w:rPr>
                <w:rFonts w:ascii="Arial" w:hAnsi="Arial"/>
                <w:b/>
                <w:i w:val="0"/>
                <w:color w:val="666666"/>
                <w:sz w:val="18"/>
              </w:rPr>
              <w:t>MAY/4</w:t>
            </w:r>
          </w:p>
          <w:p>
            <w:pPr>
              <w:spacing w:after="0" w:before="0" w:line="240" w:lineRule="auto"/>
              <w:jc w:val="right"/>
            </w:pPr>
            <w:r>
              <w:rPr>
                <w:rFonts w:ascii="Arial" w:hAnsi="Arial"/>
                <w:b/>
                <w:i w:val="0"/>
                <w:color w:val="2D6C86"/>
                <w:sz w:val="30"/>
              </w:rPr>
              <w:t>BILL OF SUPPLY</w:t>
            </w:r>
          </w:p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Amount Due:                                      ₹ 400.00</w:t>
            </w:r>
          </w:p>
          <w:p>
            <w:pPr>
              <w:spacing w:after="0" w:before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sz w:val="16"/>
              </w:rPr>
              <w:t>Issue Date:              29 / 06 / 2026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</w:rPr>
              <w:t>Due Date:                29 / 06 / 2026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</w:rPr>
              <w:t>Place of Supply:        MH (27)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62"/>
        <w:gridCol w:w="5162"/>
      </w:tblGrid>
      <w:tr>
        <w:tc>
          <w:tcPr>
            <w:tcW w:type="dxa" w:w="5760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start w:w="0" w:type="dxa"/>
              <w:bottom w:w="80" w:type="dxa"/>
              <w:end w:w="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/>
                <w:i w:val="0"/>
                <w:color w:val="2D6C86"/>
                <w:sz w:val="18"/>
              </w:rPr>
              <w:t>Bill To</w:t>
            </w:r>
            <w:r>
              <w:rPr>
                <w:rFonts w:ascii="Arial" w:hAnsi="Arial"/>
                <w:b/>
                <w:i w:val="0"/>
                <w:sz w:val="18"/>
              </w:rPr>
              <w:br/>
              <w:t>Rama Infotech</w:t>
            </w:r>
            <w:r>
              <w:rPr>
                <w:rFonts w:ascii="Arial" w:hAnsi="Arial"/>
                <w:b w:val="0"/>
                <w:i w:val="0"/>
                <w:sz w:val="16"/>
              </w:rPr>
              <w:br/>
              <w:t>Vikas Gupta 8956900451</w:t>
            </w:r>
            <w:r>
              <w:rPr>
                <w:rFonts w:ascii="Arial" w:hAnsi="Arial"/>
                <w:b w:val="0"/>
                <w:i w:val="0"/>
                <w:sz w:val="16"/>
              </w:rPr>
              <w:br/>
              <w:t>9987654356</w:t>
            </w:r>
            <w:r>
              <w:rPr>
                <w:rFonts w:ascii="Arial" w:hAnsi="Arial"/>
                <w:b w:val="0"/>
                <w:i w:val="0"/>
                <w:sz w:val="15"/>
              </w:rPr>
              <w:br/>
              <w:t>Near Pimpri police, front of hotel vishwasa, Pune,</w:t>
            </w:r>
            <w:r>
              <w:rPr>
                <w:rFonts w:ascii="Arial" w:hAnsi="Arial"/>
                <w:b w:val="0"/>
                <w:i w:val="0"/>
                <w:sz w:val="15"/>
              </w:rPr>
              <w:br/>
              <w:t>Maharashtra (MH-27) 411705, IN</w:t>
            </w:r>
            <w:r>
              <w:rPr>
                <w:rFonts w:ascii="Arial" w:hAnsi="Arial"/>
                <w:b w:val="0"/>
                <w:i w:val="0"/>
                <w:sz w:val="15"/>
              </w:rPr>
              <w:br/>
              <w:t>rama123@gmail.com</w:t>
            </w:r>
          </w:p>
        </w:tc>
        <w:tc>
          <w:tcPr>
            <w:tcW w:type="dxa" w:w="4464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start w:w="0" w:type="dxa"/>
              <w:bottom w:w="80" w:type="dxa"/>
              <w:end w:w="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/>
                <w:i w:val="0"/>
                <w:color w:val="2D6C86"/>
                <w:sz w:val="18"/>
              </w:rPr>
              <w:t>Ship To</w:t>
            </w:r>
            <w:r>
              <w:rPr>
                <w:rFonts w:ascii="Arial" w:hAnsi="Arial"/>
                <w:b w:val="0"/>
                <w:i w:val="0"/>
                <w:sz w:val="15"/>
              </w:rPr>
              <w:br/>
              <w:t>Near Pimpri police, front of hotel vishwasa, Pune,</w:t>
            </w:r>
            <w:r>
              <w:rPr>
                <w:rFonts w:ascii="Arial" w:hAnsi="Arial"/>
                <w:b w:val="0"/>
                <w:i w:val="0"/>
                <w:sz w:val="15"/>
              </w:rPr>
              <w:br/>
              <w:t>Maharashtra (MH-27) 411705, IN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1"/>
        <w:gridCol w:w="1721"/>
        <w:gridCol w:w="1721"/>
        <w:gridCol w:w="1721"/>
        <w:gridCol w:w="1721"/>
        <w:gridCol w:w="1721"/>
      </w:tblGrid>
      <w:tr>
        <w:tc>
          <w:tcPr>
            <w:tcW w:type="dxa" w:w="720"/>
            <w:shd w:fill="2D6C86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S.No</w:t>
            </w:r>
          </w:p>
        </w:tc>
        <w:tc>
          <w:tcPr>
            <w:tcW w:type="dxa" w:w="2880"/>
            <w:shd w:fill="2D6C86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product</w:t>
              <w:br/>
              <w:t>Description</w:t>
            </w:r>
          </w:p>
        </w:tc>
        <w:tc>
          <w:tcPr>
            <w:tcW w:type="dxa" w:w="1296"/>
            <w:shd w:fill="2D6C86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HSN/SAC</w:t>
            </w:r>
          </w:p>
        </w:tc>
        <w:tc>
          <w:tcPr>
            <w:tcW w:type="dxa" w:w="1080"/>
            <w:shd w:fill="2D6C86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Qty</w:t>
              <w:br/>
              <w:t>[U]</w:t>
            </w:r>
          </w:p>
        </w:tc>
        <w:tc>
          <w:tcPr>
            <w:tcW w:type="dxa" w:w="1800"/>
            <w:shd w:fill="2D6C86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Price</w:t>
              <w:br/>
              <w:t>[₹]</w:t>
            </w:r>
          </w:p>
        </w:tc>
        <w:tc>
          <w:tcPr>
            <w:tcW w:type="dxa" w:w="2015"/>
            <w:shd w:fill="2D6C86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Amount</w:t>
              <w:br/>
              <w:t>[₹]</w:t>
            </w:r>
          </w:p>
        </w:tc>
      </w:tr>
      <w:tr>
        <w:tc>
          <w:tcPr>
            <w:tcW w:type="dxa" w:w="72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3" w:color="D8E0E5"/>
              <w:left w:val="single" w:sz="3" w:color="D8E0E5"/>
              <w:bottom w:val="single" w:sz="3" w:color="D8E0E5"/>
              <w:right w:val="single" w:sz="3" w:color="D8E0E5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333333"/>
                <w:sz w:val="16"/>
              </w:rPr>
              <w:t>1</w:t>
            </w:r>
          </w:p>
        </w:tc>
        <w:tc>
          <w:tcPr>
            <w:tcW w:type="dxa" w:w="288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3" w:color="D8E0E5"/>
              <w:left w:val="single" w:sz="3" w:color="D8E0E5"/>
              <w:bottom w:val="single" w:sz="3" w:color="D8E0E5"/>
              <w:right w:val="single" w:sz="3" w:color="D8E0E5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B7CB5"/>
                <w:sz w:val="16"/>
              </w:rPr>
              <w:t>Apple</w:t>
            </w:r>
          </w:p>
        </w:tc>
        <w:tc>
          <w:tcPr>
            <w:tcW w:type="dxa" w:w="1296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3" w:color="D8E0E5"/>
              <w:left w:val="single" w:sz="3" w:color="D8E0E5"/>
              <w:bottom w:val="single" w:sz="3" w:color="D8E0E5"/>
              <w:right w:val="single" w:sz="3" w:color="D8E0E5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333333"/>
                <w:sz w:val="16"/>
              </w:rPr>
              <w:t>0808</w:t>
            </w:r>
          </w:p>
        </w:tc>
        <w:tc>
          <w:tcPr>
            <w:tcW w:type="dxa" w:w="108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3" w:color="D8E0E5"/>
              <w:left w:val="single" w:sz="3" w:color="D8E0E5"/>
              <w:bottom w:val="single" w:sz="3" w:color="D8E0E5"/>
              <w:right w:val="single" w:sz="3" w:color="D8E0E5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333333"/>
                <w:sz w:val="16"/>
              </w:rPr>
              <w:t>1.00</w:t>
              <w:br/>
              <w:t>GST</w:t>
            </w:r>
          </w:p>
        </w:tc>
        <w:tc>
          <w:tcPr>
            <w:tcW w:type="dxa" w:w="180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3" w:color="D8E0E5"/>
              <w:left w:val="single" w:sz="3" w:color="D8E0E5"/>
              <w:bottom w:val="single" w:sz="3" w:color="D8E0E5"/>
              <w:right w:val="single" w:sz="3" w:color="D8E0E5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333333"/>
                <w:sz w:val="16"/>
              </w:rPr>
              <w:t>150.00</w:t>
            </w:r>
          </w:p>
        </w:tc>
        <w:tc>
          <w:tcPr>
            <w:tcW w:type="dxa" w:w="2015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3" w:color="D8E0E5"/>
              <w:left w:val="single" w:sz="3" w:color="D8E0E5"/>
              <w:bottom w:val="single" w:sz="3" w:color="D8E0E5"/>
              <w:right w:val="single" w:sz="3" w:color="D8E0E5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333333"/>
                <w:sz w:val="16"/>
              </w:rPr>
              <w:t>150.00</w:t>
            </w:r>
          </w:p>
        </w:tc>
      </w:tr>
      <w:tr>
        <w:tc>
          <w:tcPr>
            <w:tcW w:type="dxa" w:w="72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3" w:color="D8E0E5"/>
              <w:left w:val="single" w:sz="3" w:color="D8E0E5"/>
              <w:bottom w:val="single" w:sz="3" w:color="D8E0E5"/>
              <w:right w:val="single" w:sz="3" w:color="D8E0E5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333333"/>
                <w:sz w:val="16"/>
              </w:rPr>
              <w:t>2</w:t>
            </w:r>
          </w:p>
        </w:tc>
        <w:tc>
          <w:tcPr>
            <w:tcW w:type="dxa" w:w="288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3" w:color="D8E0E5"/>
              <w:left w:val="single" w:sz="3" w:color="D8E0E5"/>
              <w:bottom w:val="single" w:sz="3" w:color="D8E0E5"/>
              <w:right w:val="single" w:sz="3" w:color="D8E0E5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B7CB5"/>
                <w:sz w:val="16"/>
              </w:rPr>
              <w:t>Orange</w:t>
            </w:r>
          </w:p>
        </w:tc>
        <w:tc>
          <w:tcPr>
            <w:tcW w:type="dxa" w:w="1296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3" w:color="D8E0E5"/>
              <w:left w:val="single" w:sz="3" w:color="D8E0E5"/>
              <w:bottom w:val="single" w:sz="3" w:color="D8E0E5"/>
              <w:right w:val="single" w:sz="3" w:color="D8E0E5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333333"/>
                <w:sz w:val="16"/>
              </w:rPr>
              <w:t>08051000</w:t>
            </w:r>
          </w:p>
        </w:tc>
        <w:tc>
          <w:tcPr>
            <w:tcW w:type="dxa" w:w="108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3" w:color="D8E0E5"/>
              <w:left w:val="single" w:sz="3" w:color="D8E0E5"/>
              <w:bottom w:val="single" w:sz="3" w:color="D8E0E5"/>
              <w:right w:val="single" w:sz="3" w:color="D8E0E5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333333"/>
                <w:sz w:val="16"/>
              </w:rPr>
              <w:t>1.00</w:t>
              <w:br/>
              <w:t>DOZ</w:t>
            </w:r>
          </w:p>
        </w:tc>
        <w:tc>
          <w:tcPr>
            <w:tcW w:type="dxa" w:w="180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3" w:color="D8E0E5"/>
              <w:left w:val="single" w:sz="3" w:color="D8E0E5"/>
              <w:bottom w:val="single" w:sz="3" w:color="D8E0E5"/>
              <w:right w:val="single" w:sz="3" w:color="D8E0E5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333333"/>
                <w:sz w:val="16"/>
              </w:rPr>
              <w:t>200.00</w:t>
            </w:r>
          </w:p>
        </w:tc>
        <w:tc>
          <w:tcPr>
            <w:tcW w:type="dxa" w:w="2015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3" w:color="D8E0E5"/>
              <w:left w:val="single" w:sz="3" w:color="D8E0E5"/>
              <w:bottom w:val="single" w:sz="3" w:color="D8E0E5"/>
              <w:right w:val="single" w:sz="3" w:color="D8E0E5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333333"/>
                <w:sz w:val="16"/>
              </w:rPr>
              <w:t>200.00</w:t>
            </w:r>
          </w:p>
        </w:tc>
      </w:tr>
      <w:tr>
        <w:tc>
          <w:tcPr>
            <w:tcW w:type="dxa" w:w="72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3" w:color="D8E0E5"/>
              <w:left w:val="single" w:sz="3" w:color="D8E0E5"/>
              <w:bottom w:val="single" w:sz="3" w:color="D8E0E5"/>
              <w:right w:val="single" w:sz="3" w:color="D8E0E5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333333"/>
                <w:sz w:val="16"/>
              </w:rPr>
              <w:t>3</w:t>
            </w:r>
          </w:p>
        </w:tc>
        <w:tc>
          <w:tcPr>
            <w:tcW w:type="dxa" w:w="288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3" w:color="D8E0E5"/>
              <w:left w:val="single" w:sz="3" w:color="D8E0E5"/>
              <w:bottom w:val="single" w:sz="3" w:color="D8E0E5"/>
              <w:right w:val="single" w:sz="3" w:color="D8E0E5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B7CB5"/>
                <w:sz w:val="16"/>
              </w:rPr>
              <w:t>Banana</w:t>
            </w:r>
          </w:p>
        </w:tc>
        <w:tc>
          <w:tcPr>
            <w:tcW w:type="dxa" w:w="1296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3" w:color="D8E0E5"/>
              <w:left w:val="single" w:sz="3" w:color="D8E0E5"/>
              <w:bottom w:val="single" w:sz="3" w:color="D8E0E5"/>
              <w:right w:val="single" w:sz="3" w:color="D8E0E5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333333"/>
                <w:sz w:val="16"/>
              </w:rPr>
              <w:t>08039010</w:t>
            </w:r>
          </w:p>
        </w:tc>
        <w:tc>
          <w:tcPr>
            <w:tcW w:type="dxa" w:w="108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3" w:color="D8E0E5"/>
              <w:left w:val="single" w:sz="3" w:color="D8E0E5"/>
              <w:bottom w:val="single" w:sz="3" w:color="D8E0E5"/>
              <w:right w:val="single" w:sz="3" w:color="D8E0E5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333333"/>
                <w:sz w:val="16"/>
              </w:rPr>
              <w:t>1.00</w:t>
              <w:br/>
              <w:t>DOZ</w:t>
            </w:r>
          </w:p>
        </w:tc>
        <w:tc>
          <w:tcPr>
            <w:tcW w:type="dxa" w:w="1800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3" w:color="D8E0E5"/>
              <w:left w:val="single" w:sz="3" w:color="D8E0E5"/>
              <w:bottom w:val="single" w:sz="3" w:color="D8E0E5"/>
              <w:right w:val="single" w:sz="3" w:color="D8E0E5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333333"/>
                <w:sz w:val="16"/>
              </w:rPr>
              <w:t>50.00</w:t>
            </w:r>
          </w:p>
        </w:tc>
        <w:tc>
          <w:tcPr>
            <w:tcW w:type="dxa" w:w="2015"/>
            <w:tcMar>
              <w:top w:w="60" w:type="dxa"/>
              <w:start w:w="55" w:type="dxa"/>
              <w:bottom w:w="60" w:type="dxa"/>
              <w:end w:w="55" w:type="dxa"/>
            </w:tcMar>
            <w:tcBorders>
              <w:top w:val="single" w:sz="3" w:color="D8E0E5"/>
              <w:left w:val="single" w:sz="3" w:color="D8E0E5"/>
              <w:bottom w:val="single" w:sz="3" w:color="D8E0E5"/>
              <w:right w:val="single" w:sz="3" w:color="D8E0E5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333333"/>
                <w:sz w:val="16"/>
              </w:rPr>
              <w:t>50.00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62"/>
        <w:gridCol w:w="5162"/>
      </w:tblGrid>
      <w:tr>
        <w:tc>
          <w:tcPr>
            <w:tcW w:type="dxa" w:w="5903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/>
                <w:i w:val="0"/>
                <w:sz w:val="15"/>
              </w:rPr>
              <w:t xml:space="preserve">Account Holder Name: </w:t>
            </w:r>
            <w:r>
              <w:rPr>
                <w:rFonts w:ascii="Arial" w:hAnsi="Arial"/>
                <w:b w:val="0"/>
                <w:i w:val="0"/>
                <w:sz w:val="15"/>
              </w:rPr>
              <w:t>V K Control System Pvt Ltd.</w:t>
            </w:r>
            <w:r>
              <w:rPr>
                <w:rFonts w:ascii="Arial" w:hAnsi="Arial"/>
                <w:b/>
                <w:i w:val="0"/>
                <w:sz w:val="15"/>
              </w:rPr>
              <w:br/>
              <w:t xml:space="preserve">Bank Name: </w:t>
            </w:r>
            <w:r>
              <w:rPr>
                <w:rFonts w:ascii="Arial" w:hAnsi="Arial"/>
                <w:b w:val="0"/>
                <w:i w:val="0"/>
                <w:sz w:val="15"/>
              </w:rPr>
              <w:t>ICICI LTD</w:t>
            </w:r>
            <w:r>
              <w:rPr>
                <w:rFonts w:ascii="Arial" w:hAnsi="Arial"/>
                <w:b/>
                <w:i w:val="0"/>
                <w:sz w:val="15"/>
              </w:rPr>
              <w:br/>
              <w:t xml:space="preserve">Account Number: </w:t>
            </w:r>
            <w:r>
              <w:rPr>
                <w:rFonts w:ascii="Arial" w:hAnsi="Arial"/>
                <w:b w:val="0"/>
                <w:i w:val="0"/>
                <w:sz w:val="15"/>
              </w:rPr>
              <w:t>12345678900</w:t>
            </w:r>
            <w:r>
              <w:rPr>
                <w:rFonts w:ascii="Arial" w:hAnsi="Arial"/>
                <w:b/>
                <w:i w:val="0"/>
                <w:sz w:val="15"/>
              </w:rPr>
              <w:br/>
              <w:t xml:space="preserve">Branch Name: </w:t>
            </w:r>
            <w:r>
              <w:rPr>
                <w:rFonts w:ascii="Arial" w:hAnsi="Arial"/>
                <w:b w:val="0"/>
                <w:i w:val="0"/>
                <w:sz w:val="15"/>
              </w:rPr>
              <w:t>Isrambagh, Amravati</w:t>
            </w:r>
            <w:r>
              <w:rPr>
                <w:rFonts w:ascii="Arial" w:hAnsi="Arial"/>
                <w:b/>
                <w:i w:val="0"/>
                <w:sz w:val="15"/>
              </w:rPr>
              <w:br/>
              <w:t xml:space="preserve">IFSC Code: </w:t>
            </w:r>
            <w:r>
              <w:rPr>
                <w:rFonts w:ascii="Arial" w:hAnsi="Arial"/>
                <w:b w:val="0"/>
                <w:i w:val="0"/>
                <w:sz w:val="15"/>
              </w:rPr>
              <w:t>ICIC000858</w:t>
            </w:r>
            <w:r>
              <w:rPr>
                <w:rFonts w:ascii="Arial" w:hAnsi="Arial"/>
                <w:b/>
                <w:i w:val="0"/>
                <w:sz w:val="15"/>
              </w:rPr>
              <w:br/>
              <w:t xml:space="preserve">UPI ID: </w:t>
            </w:r>
            <w:r>
              <w:rPr>
                <w:rFonts w:ascii="Arial" w:hAnsi="Arial"/>
                <w:b w:val="0"/>
                <w:i w:val="0"/>
                <w:sz w:val="15"/>
              </w:rPr>
              <w:t>1234567890@ybl</w:t>
            </w:r>
          </w:p>
          <w:p>
            <w:pPr>
              <w:spacing w:after="0" w:before="0" w:line="240" w:lineRule="auto"/>
            </w:pPr>
            <w:r>
              <w:rPr>
                <w:rFonts w:ascii="Arial" w:hAnsi="Arial"/>
                <w:b/>
                <w:i w:val="0"/>
                <w:color w:val="2D6C86"/>
                <w:sz w:val="15"/>
              </w:rPr>
              <w:t>PAYMENT QR</w:t>
              <w:br/>
            </w:r>
            <w:r>
              <w:drawing>
                <wp:inline xmlns:a="http://schemas.openxmlformats.org/drawingml/2006/main" xmlns:pic="http://schemas.openxmlformats.org/drawingml/2006/picture">
                  <wp:extent cx="822960" cy="84500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ll_supply_q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8450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234440" cy="266107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ll_supply_pay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26610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320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0" w:line="240" w:lineRule="auto"/>
              <w:jc w:val="right"/>
            </w:pPr>
            <w:r>
              <w:rPr>
                <w:rFonts w:ascii="Arial" w:hAnsi="Arial"/>
                <w:b/>
                <w:i w:val="0"/>
                <w:color w:val="2D6C86"/>
                <w:sz w:val="16"/>
              </w:rPr>
              <w:t>Total Taxable Value</w:t>
            </w:r>
            <w:r>
              <w:rPr>
                <w:rFonts w:ascii="Arial" w:hAnsi="Arial"/>
                <w:b/>
                <w:i w:val="0"/>
                <w:sz w:val="16"/>
              </w:rPr>
              <w:t xml:space="preserve">                         ₹ 400.00</w:t>
            </w:r>
            <w:r>
              <w:rPr>
                <w:rFonts w:ascii="Arial" w:hAnsi="Arial"/>
                <w:b/>
                <w:i w:val="0"/>
                <w:color w:val="2D6C86"/>
                <w:sz w:val="16"/>
              </w:rPr>
              <w:br/>
              <w:t>Total Value (in figure)</w:t>
            </w:r>
            <w:r>
              <w:rPr>
                <w:rFonts w:ascii="Arial" w:hAnsi="Arial"/>
                <w:b/>
                <w:i w:val="0"/>
                <w:sz w:val="16"/>
              </w:rPr>
              <w:t xml:space="preserve">                         ₹ 400</w:t>
            </w:r>
            <w:r>
              <w:rPr>
                <w:rFonts w:ascii="Arial" w:hAnsi="Arial"/>
                <w:b/>
                <w:i w:val="0"/>
                <w:color w:val="2D6C86"/>
                <w:sz w:val="16"/>
              </w:rPr>
              <w:br/>
              <w:t>Total Value (in words)</w:t>
            </w:r>
            <w:r>
              <w:rPr>
                <w:rFonts w:ascii="Arial" w:hAnsi="Arial"/>
                <w:b/>
                <w:i w:val="0"/>
                <w:sz w:val="18"/>
              </w:rPr>
              <w:br/>
              <w:t>₹ Four Hundred Only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42"/>
        <w:gridCol w:w="3442"/>
        <w:gridCol w:w="3442"/>
      </w:tblGrid>
      <w:tr>
        <w:tc>
          <w:tcPr>
            <w:tcW w:type="dxa" w:w="4176"/>
            <w:tcBorders>
              <w:top w:val="single" w:sz="4" w:color="D8E0E5"/>
              <w:left w:val="nil"/>
              <w:bottom w:val="nil"/>
              <w:right w:val="nil"/>
            </w:tcBorders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/>
                <w:i w:val="0"/>
                <w:color w:val="2D6C86"/>
                <w:sz w:val="17"/>
              </w:rPr>
              <w:t>Terms &amp; Conditions</w:t>
            </w:r>
            <w:r>
              <w:rPr>
                <w:rFonts w:ascii="Arial" w:hAnsi="Arial"/>
                <w:b w:val="0"/>
                <w:i/>
                <w:color w:val="666666"/>
                <w:sz w:val="15"/>
              </w:rPr>
              <w:br/>
              <w:t>Terms and conditions may apply here apply</w:t>
            </w:r>
            <w:r>
              <w:rPr>
                <w:rFonts w:ascii="Arial" w:hAnsi="Arial"/>
                <w:b w:val="0"/>
                <w:i/>
                <w:color w:val="666666"/>
                <w:sz w:val="15"/>
              </w:rPr>
              <w:br/>
              <w:t>1. this is invoice</w:t>
            </w:r>
          </w:p>
        </w:tc>
        <w:tc>
          <w:tcPr>
            <w:tcW w:type="dxa" w:w="3168"/>
            <w:tcBorders>
              <w:top w:val="single" w:sz="4" w:color="D8E0E5"/>
              <w:left w:val="nil"/>
              <w:bottom w:val="nil"/>
              <w:right w:val="nil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333333"/>
                <w:sz w:val="32"/>
              </w:rPr>
              <w:t>V K Control</w:t>
              <w:br/>
              <w:t>System Pvt</w:t>
              <w:br/>
              <w:t>Ltd.</w:t>
            </w:r>
          </w:p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666666"/>
                <w:sz w:val="15"/>
              </w:rPr>
              <w:t>V K Control System Pvt. Ltd.</w:t>
            </w:r>
          </w:p>
        </w:tc>
        <w:tc>
          <w:tcPr>
            <w:tcW w:type="dxa" w:w="2880"/>
            <w:tcBorders>
              <w:top w:val="single" w:sz="4" w:color="D8E0E5"/>
              <w:left w:val="nil"/>
              <w:bottom w:val="nil"/>
              <w:right w:val="nil"/>
            </w:tcBorders>
          </w:tcPr>
          <w:p>
            <w:pPr>
              <w:spacing w:after="0" w:before="0" w:line="240" w:lineRule="auto"/>
            </w:pPr>
            <w:r>
              <w:rPr>
                <w:rFonts w:ascii="Arial" w:hAnsi="Arial"/>
                <w:b w:val="0"/>
                <w:i w:val="0"/>
                <w:color w:val="666666"/>
                <w:sz w:val="14"/>
              </w:rPr>
              <w:t>Digitally signed</w:t>
              <w:br/>
              <w:t>by</w:t>
              <w:br/>
              <w:t>V K Control</w:t>
              <w:br/>
              <w:t>System Pvt Ltd.</w:t>
              <w:br/>
              <w:t>Date: 2026.06.29</w:t>
              <w:br/>
              <w:t>17:27:55 +05:30</w:t>
            </w:r>
          </w:p>
          <w:p>
            <w:pPr>
              <w:spacing w:after="0" w:before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2D6C86"/>
                <w:sz w:val="16"/>
              </w:rPr>
              <w:t>____________________</w:t>
              <w:br/>
              <w:t>Recipient Signature</w:t>
            </w:r>
          </w:p>
        </w:tc>
      </w:tr>
    </w:tbl>
    <w:sectPr w:rsidR="00FC693F" w:rsidRPr="0006063C" w:rsidSect="00034616">
      <w:pgSz w:w="11909" w:h="16834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