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792"/>
        <w:gridCol w:w="2304"/>
        <w:gridCol w:w="2952"/>
      </w:tblGrid>
      <w:tr w:rsidR="00596E3A" w14:paraId="1E3ED1C3" w14:textId="77777777">
        <w:trPr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428F8" w14:textId="49FE62C2" w:rsidR="00596E3A" w:rsidRDefault="00596E3A"/>
        </w:tc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482DF" w14:textId="77777777" w:rsidR="00596E3A" w:rsidRDefault="00000000">
            <w:pPr>
              <w:jc w:val="center"/>
            </w:pPr>
            <w:r>
              <w:rPr>
                <w:b/>
                <w:sz w:val="36"/>
              </w:rPr>
              <w:t>TAX INVOICE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D5125" w14:textId="77777777" w:rsidR="00596E3A" w:rsidRDefault="00000000">
            <w:pPr>
              <w:jc w:val="right"/>
            </w:pPr>
            <w:r>
              <w:rPr>
                <w:sz w:val="18"/>
              </w:rPr>
              <w:t>Original Copy</w:t>
            </w:r>
            <w:r>
              <w:br/>
            </w:r>
            <w:r>
              <w:rPr>
                <w:b/>
                <w:sz w:val="36"/>
              </w:rPr>
              <w:t>X-7</w:t>
            </w:r>
          </w:p>
        </w:tc>
      </w:tr>
      <w:tr w:rsidR="00596E3A" w14:paraId="42955CAD" w14:textId="77777777">
        <w:trPr>
          <w:jc w:val="center"/>
        </w:trPr>
        <w:tc>
          <w:tcPr>
            <w:tcW w:w="5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0" w:type="dxa"/>
            </w:tcMar>
          </w:tcPr>
          <w:p w14:paraId="6B01DDBC" w14:textId="77777777" w:rsidR="00596E3A" w:rsidRDefault="00000000">
            <w:r>
              <w:rPr>
                <w:b/>
                <w:sz w:val="19"/>
              </w:rPr>
              <w:t>SC Aissac SRL</w:t>
            </w:r>
            <w:r>
              <w:br/>
              <w:t>Pune, JK (01), IN</w:t>
            </w:r>
            <w:r>
              <w:br/>
              <w:t>+40744424757</w:t>
            </w:r>
            <w:r>
              <w:br/>
              <w:t>cristi+premium@aissac.ro</w:t>
            </w:r>
            <w:r>
              <w:br/>
              <w:t>GSTIN: 19A XHS7586J1ZS</w:t>
            </w:r>
          </w:p>
        </w:tc>
        <w:tc>
          <w:tcPr>
            <w:tcW w:w="5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0" w:type="dxa"/>
              <w:bottom w:w="50" w:type="dxa"/>
              <w:right w:w="0" w:type="dxa"/>
            </w:tcMar>
          </w:tcPr>
          <w:p w14:paraId="41A46278" w14:textId="77777777" w:rsidR="00596E3A" w:rsidRDefault="00000000">
            <w:pPr>
              <w:jc w:val="right"/>
            </w:pPr>
            <w:r>
              <w:br/>
            </w:r>
            <w:r>
              <w:rPr>
                <w:sz w:val="16"/>
              </w:rPr>
              <w:t>Issue Date:                              21 / 06 / 2018</w:t>
            </w:r>
            <w:r>
              <w:br/>
            </w:r>
            <w:r>
              <w:rPr>
                <w:sz w:val="16"/>
              </w:rPr>
              <w:t>Due Date:                                28 / 06 / 2018</w:t>
            </w:r>
            <w:r>
              <w:br/>
            </w:r>
            <w:r>
              <w:rPr>
                <w:sz w:val="16"/>
              </w:rPr>
              <w:t>Place of Supply:                      Outside India</w:t>
            </w:r>
            <w:r>
              <w:br/>
            </w:r>
            <w:r>
              <w:rPr>
                <w:sz w:val="16"/>
              </w:rPr>
              <w:t>Country of Supply:                  US</w:t>
            </w:r>
            <w:r>
              <w:br/>
            </w:r>
            <w:r>
              <w:rPr>
                <w:sz w:val="16"/>
              </w:rPr>
              <w:t>Currency: USD                         Conversion Rate: 68.23</w:t>
            </w:r>
          </w:p>
          <w:tbl>
            <w:tblPr>
              <w:tblW w:w="0" w:type="auto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4"/>
            </w:tblGrid>
            <w:tr w:rsidR="00596E3A" w14:paraId="0B5A1E05" w14:textId="77777777">
              <w:trPr>
                <w:jc w:val="right"/>
              </w:trPr>
              <w:tc>
                <w:tcPr>
                  <w:tcW w:w="4824" w:type="dxa"/>
                  <w:shd w:val="clear" w:color="auto" w:fill="2F6984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5A626218" w14:textId="77777777" w:rsidR="00596E3A" w:rsidRDefault="00000000">
                  <w:r>
                    <w:rPr>
                      <w:b/>
                      <w:sz w:val="19"/>
                    </w:rPr>
                    <w:t>Amount Due:                         $1,336.66</w:t>
                  </w:r>
                </w:p>
              </w:tc>
            </w:tr>
          </w:tbl>
          <w:p w14:paraId="1B3E5D7E" w14:textId="77777777" w:rsidR="00596E3A" w:rsidRDefault="00596E3A"/>
        </w:tc>
      </w:tr>
    </w:tbl>
    <w:p w14:paraId="771131A2" w14:textId="77777777" w:rsidR="00596E3A" w:rsidRDefault="00596E3A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256"/>
      </w:tblGrid>
      <w:tr w:rsidR="00596E3A" w14:paraId="72005632" w14:textId="77777777">
        <w:trPr>
          <w:jc w:val="center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9AA1D6B" w14:textId="77777777" w:rsidR="00596E3A" w:rsidRDefault="00000000">
            <w:r>
              <w:rPr>
                <w:b/>
                <w:sz w:val="19"/>
              </w:rPr>
              <w:t>Bill To</w:t>
            </w:r>
            <w:r>
              <w:br/>
            </w:r>
            <w:r>
              <w:rPr>
                <w:sz w:val="16"/>
              </w:rPr>
              <w:t>Test Client US</w:t>
            </w:r>
            <w:r>
              <w:br/>
            </w:r>
            <w:r>
              <w:rPr>
                <w:sz w:val="16"/>
              </w:rPr>
              <w:t>Vic 03294743652652</w:t>
            </w:r>
            <w:r>
              <w:br/>
            </w:r>
            <w:r>
              <w:rPr>
                <w:sz w:val="16"/>
              </w:rPr>
              <w:t>Street White 345B, Detroit, MI, US</w:t>
            </w:r>
            <w:r>
              <w:br/>
            </w:r>
            <w:r>
              <w:rPr>
                <w:sz w:val="16"/>
              </w:rPr>
              <w:t>test@clientautomat.com 0340722800896</w:t>
            </w:r>
          </w:p>
        </w:tc>
        <w:tc>
          <w:tcPr>
            <w:tcW w:w="525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3E377E98" w14:textId="77777777" w:rsidR="00596E3A" w:rsidRDefault="00000000">
            <w:r>
              <w:rPr>
                <w:b/>
                <w:sz w:val="19"/>
              </w:rPr>
              <w:t>Ship To</w:t>
            </w:r>
            <w:r>
              <w:br/>
            </w:r>
            <w:r>
              <w:rPr>
                <w:sz w:val="16"/>
              </w:rPr>
              <w:t>Vic 0329474362652</w:t>
            </w:r>
            <w:r>
              <w:br/>
            </w:r>
            <w:r>
              <w:rPr>
                <w:sz w:val="16"/>
              </w:rPr>
              <w:t>Street White 345B, Detroit, MI, US</w:t>
            </w:r>
            <w:r>
              <w:br/>
            </w:r>
            <w:r>
              <w:rPr>
                <w:sz w:val="16"/>
              </w:rPr>
              <w:t>Shipping Port Code  INTLG6   Shipping Bill No. 234B</w:t>
            </w:r>
            <w:r>
              <w:br/>
            </w:r>
            <w:r>
              <w:rPr>
                <w:sz w:val="16"/>
              </w:rPr>
              <w:t>Shipping Bill Date 25 / 06 / 2018</w:t>
            </w:r>
          </w:p>
        </w:tc>
      </w:tr>
    </w:tbl>
    <w:p w14:paraId="11F7B939" w14:textId="77777777" w:rsidR="00596E3A" w:rsidRDefault="00596E3A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47"/>
        <w:gridCol w:w="2131"/>
        <w:gridCol w:w="1147"/>
        <w:gridCol w:w="1147"/>
        <w:gridCol w:w="1147"/>
        <w:gridCol w:w="1325"/>
        <w:gridCol w:w="1147"/>
        <w:gridCol w:w="1147"/>
        <w:gridCol w:w="1147"/>
      </w:tblGrid>
      <w:tr w:rsidR="00596E3A" w14:paraId="2C39212F" w14:textId="77777777">
        <w:trPr>
          <w:tblHeader/>
          <w:jc w:val="center"/>
        </w:trPr>
        <w:tc>
          <w:tcPr>
            <w:tcW w:w="547" w:type="dxa"/>
            <w:tcBorders>
              <w:top w:val="single" w:sz="4" w:space="0" w:color="D9E0E5"/>
              <w:left w:val="single" w:sz="4" w:space="0" w:color="D9E0E5"/>
              <w:bottom w:val="single" w:sz="4" w:space="0" w:color="D9E0E5"/>
              <w:right w:val="single" w:sz="4" w:space="0" w:color="D9E0E5"/>
            </w:tcBorders>
            <w:shd w:val="clear" w:color="auto" w:fill="2F6984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67897953" w14:textId="77777777" w:rsidR="00596E3A" w:rsidRDefault="00000000">
            <w:pPr>
              <w:jc w:val="center"/>
            </w:pPr>
            <w:r>
              <w:rPr>
                <w:b/>
                <w:sz w:val="14"/>
              </w:rPr>
              <w:t>S.No</w:t>
            </w:r>
          </w:p>
        </w:tc>
        <w:tc>
          <w:tcPr>
            <w:tcW w:w="2131" w:type="dxa"/>
            <w:tcBorders>
              <w:top w:val="single" w:sz="4" w:space="0" w:color="D9E0E5"/>
              <w:left w:val="single" w:sz="4" w:space="0" w:color="D9E0E5"/>
              <w:bottom w:val="single" w:sz="4" w:space="0" w:color="D9E0E5"/>
              <w:right w:val="single" w:sz="4" w:space="0" w:color="D9E0E5"/>
            </w:tcBorders>
            <w:shd w:val="clear" w:color="auto" w:fill="2F6984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20005925" w14:textId="77777777" w:rsidR="00596E3A" w:rsidRDefault="00000000">
            <w:pPr>
              <w:jc w:val="center"/>
            </w:pPr>
            <w:r>
              <w:rPr>
                <w:b/>
                <w:sz w:val="14"/>
              </w:rPr>
              <w:t>Item</w:t>
            </w:r>
            <w:r>
              <w:br/>
            </w:r>
            <w:r>
              <w:rPr>
                <w:b/>
                <w:sz w:val="14"/>
              </w:rPr>
              <w:t>Description</w:t>
            </w:r>
          </w:p>
        </w:tc>
        <w:tc>
          <w:tcPr>
            <w:tcW w:w="1037" w:type="dxa"/>
            <w:tcBorders>
              <w:top w:val="single" w:sz="4" w:space="0" w:color="D9E0E5"/>
              <w:left w:val="single" w:sz="4" w:space="0" w:color="D9E0E5"/>
              <w:bottom w:val="single" w:sz="4" w:space="0" w:color="D9E0E5"/>
              <w:right w:val="single" w:sz="4" w:space="0" w:color="D9E0E5"/>
            </w:tcBorders>
            <w:shd w:val="clear" w:color="auto" w:fill="2F6984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48689ACF" w14:textId="77777777" w:rsidR="00596E3A" w:rsidRDefault="00000000">
            <w:pPr>
              <w:jc w:val="center"/>
            </w:pPr>
            <w:r>
              <w:rPr>
                <w:b/>
                <w:sz w:val="14"/>
              </w:rPr>
              <w:t>HSN/SAC</w:t>
            </w:r>
          </w:p>
        </w:tc>
        <w:tc>
          <w:tcPr>
            <w:tcW w:w="605" w:type="dxa"/>
            <w:tcBorders>
              <w:top w:val="single" w:sz="4" w:space="0" w:color="D9E0E5"/>
              <w:left w:val="single" w:sz="4" w:space="0" w:color="D9E0E5"/>
              <w:bottom w:val="single" w:sz="4" w:space="0" w:color="D9E0E5"/>
              <w:right w:val="single" w:sz="4" w:space="0" w:color="D9E0E5"/>
            </w:tcBorders>
            <w:shd w:val="clear" w:color="auto" w:fill="2F6984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7007E424" w14:textId="77777777" w:rsidR="00596E3A" w:rsidRDefault="00000000">
            <w:pPr>
              <w:jc w:val="center"/>
            </w:pPr>
            <w:r>
              <w:rPr>
                <w:b/>
                <w:sz w:val="14"/>
              </w:rPr>
              <w:t>Qty</w:t>
            </w:r>
            <w:r>
              <w:br/>
            </w:r>
            <w:r>
              <w:rPr>
                <w:b/>
                <w:sz w:val="14"/>
              </w:rPr>
              <w:t>UoM</w:t>
            </w:r>
          </w:p>
        </w:tc>
        <w:tc>
          <w:tcPr>
            <w:tcW w:w="1051" w:type="dxa"/>
            <w:tcBorders>
              <w:top w:val="single" w:sz="4" w:space="0" w:color="D9E0E5"/>
              <w:left w:val="single" w:sz="4" w:space="0" w:color="D9E0E5"/>
              <w:bottom w:val="single" w:sz="4" w:space="0" w:color="D9E0E5"/>
              <w:right w:val="single" w:sz="4" w:space="0" w:color="D9E0E5"/>
            </w:tcBorders>
            <w:shd w:val="clear" w:color="auto" w:fill="2F6984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79C83D53" w14:textId="77777777" w:rsidR="00596E3A" w:rsidRDefault="00000000">
            <w:pPr>
              <w:jc w:val="center"/>
            </w:pPr>
            <w:r>
              <w:rPr>
                <w:b/>
                <w:sz w:val="14"/>
              </w:rPr>
              <w:t>Price</w:t>
            </w:r>
            <w:r>
              <w:br/>
            </w:r>
            <w:r>
              <w:rPr>
                <w:b/>
                <w:sz w:val="14"/>
              </w:rPr>
              <w:t>(₹)</w:t>
            </w:r>
          </w:p>
        </w:tc>
        <w:tc>
          <w:tcPr>
            <w:tcW w:w="1325" w:type="dxa"/>
            <w:tcBorders>
              <w:top w:val="single" w:sz="4" w:space="0" w:color="D9E0E5"/>
              <w:left w:val="single" w:sz="4" w:space="0" w:color="D9E0E5"/>
              <w:bottom w:val="single" w:sz="4" w:space="0" w:color="D9E0E5"/>
              <w:right w:val="single" w:sz="4" w:space="0" w:color="D9E0E5"/>
            </w:tcBorders>
            <w:shd w:val="clear" w:color="auto" w:fill="2F6984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11E589EC" w14:textId="77777777" w:rsidR="00596E3A" w:rsidRDefault="00000000">
            <w:pPr>
              <w:jc w:val="center"/>
            </w:pPr>
            <w:r>
              <w:rPr>
                <w:b/>
                <w:sz w:val="14"/>
              </w:rPr>
              <w:t>Taxable Value</w:t>
            </w:r>
            <w:r>
              <w:br/>
            </w:r>
            <w:r>
              <w:rPr>
                <w:b/>
                <w:sz w:val="14"/>
              </w:rPr>
              <w:t>(₹)</w:t>
            </w:r>
          </w:p>
        </w:tc>
        <w:tc>
          <w:tcPr>
            <w:tcW w:w="1037" w:type="dxa"/>
            <w:tcBorders>
              <w:top w:val="single" w:sz="4" w:space="0" w:color="D9E0E5"/>
              <w:left w:val="single" w:sz="4" w:space="0" w:color="D9E0E5"/>
              <w:bottom w:val="single" w:sz="4" w:space="0" w:color="D9E0E5"/>
              <w:right w:val="single" w:sz="4" w:space="0" w:color="D9E0E5"/>
            </w:tcBorders>
            <w:shd w:val="clear" w:color="auto" w:fill="2F6984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2DE8E473" w14:textId="77777777" w:rsidR="00596E3A" w:rsidRDefault="00000000">
            <w:pPr>
              <w:jc w:val="center"/>
            </w:pPr>
            <w:r>
              <w:rPr>
                <w:b/>
                <w:sz w:val="14"/>
              </w:rPr>
              <w:t>IGST</w:t>
            </w:r>
            <w:r>
              <w:br/>
            </w:r>
            <w:r>
              <w:rPr>
                <w:b/>
                <w:sz w:val="14"/>
              </w:rPr>
              <w:t>(₹)</w:t>
            </w:r>
          </w:p>
        </w:tc>
        <w:tc>
          <w:tcPr>
            <w:tcW w:w="1123" w:type="dxa"/>
            <w:tcBorders>
              <w:top w:val="single" w:sz="4" w:space="0" w:color="D9E0E5"/>
              <w:left w:val="single" w:sz="4" w:space="0" w:color="D9E0E5"/>
              <w:bottom w:val="single" w:sz="4" w:space="0" w:color="D9E0E5"/>
              <w:right w:val="single" w:sz="4" w:space="0" w:color="D9E0E5"/>
            </w:tcBorders>
            <w:shd w:val="clear" w:color="auto" w:fill="2F6984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5A90CEB7" w14:textId="77777777" w:rsidR="00596E3A" w:rsidRDefault="00000000">
            <w:pPr>
              <w:jc w:val="center"/>
            </w:pPr>
            <w:r>
              <w:rPr>
                <w:b/>
                <w:sz w:val="14"/>
              </w:rPr>
              <w:t>Amount</w:t>
            </w:r>
            <w:r>
              <w:br/>
            </w:r>
            <w:r>
              <w:rPr>
                <w:b/>
                <w:sz w:val="14"/>
              </w:rPr>
              <w:t>(₹)</w:t>
            </w:r>
          </w:p>
        </w:tc>
        <w:tc>
          <w:tcPr>
            <w:tcW w:w="1123" w:type="dxa"/>
            <w:tcBorders>
              <w:top w:val="single" w:sz="4" w:space="0" w:color="D9E0E5"/>
              <w:left w:val="single" w:sz="4" w:space="0" w:color="D9E0E5"/>
              <w:bottom w:val="single" w:sz="4" w:space="0" w:color="D9E0E5"/>
              <w:right w:val="single" w:sz="4" w:space="0" w:color="D9E0E5"/>
            </w:tcBorders>
            <w:shd w:val="clear" w:color="auto" w:fill="2F6984"/>
            <w:tcMar>
              <w:top w:w="50" w:type="dxa"/>
              <w:left w:w="40" w:type="dxa"/>
              <w:bottom w:w="50" w:type="dxa"/>
              <w:right w:w="40" w:type="dxa"/>
            </w:tcMar>
          </w:tcPr>
          <w:p w14:paraId="00573281" w14:textId="77777777" w:rsidR="00596E3A" w:rsidRDefault="00000000">
            <w:pPr>
              <w:jc w:val="center"/>
            </w:pPr>
            <w:r>
              <w:rPr>
                <w:b/>
                <w:sz w:val="14"/>
              </w:rPr>
              <w:t>Amount</w:t>
            </w:r>
            <w:r>
              <w:br/>
            </w:r>
            <w:r>
              <w:rPr>
                <w:b/>
                <w:sz w:val="14"/>
              </w:rPr>
              <w:t>($)</w:t>
            </w:r>
          </w:p>
        </w:tc>
      </w:tr>
      <w:tr w:rsidR="00596E3A" w14:paraId="07298695" w14:textId="77777777">
        <w:trPr>
          <w:jc w:val="center"/>
        </w:trPr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26BAC2E5" w14:textId="77777777" w:rsidR="00596E3A" w:rsidRDefault="00000000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65D3A39B" w14:textId="77777777" w:rsidR="00596E3A" w:rsidRDefault="00000000">
            <w:r>
              <w:rPr>
                <w:b/>
                <w:sz w:val="15"/>
              </w:rPr>
              <w:t>Mouse Z3</w:t>
            </w:r>
            <w:r>
              <w:br/>
            </w:r>
            <w:r>
              <w:rPr>
                <w:b/>
                <w:sz w:val="15"/>
              </w:rPr>
              <w:t>44mm, optical, black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0338580A" w14:textId="77777777" w:rsidR="00596E3A" w:rsidRDefault="00000000">
            <w:pPr>
              <w:jc w:val="center"/>
            </w:pPr>
            <w:r>
              <w:rPr>
                <w:sz w:val="15"/>
              </w:rPr>
              <w:t>1110374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23962C3C" w14:textId="77777777" w:rsidR="00596E3A" w:rsidRDefault="00000000">
            <w:pPr>
              <w:jc w:val="center"/>
            </w:pPr>
            <w:r>
              <w:rPr>
                <w:sz w:val="15"/>
              </w:rPr>
              <w:t>25</w:t>
            </w:r>
            <w:r>
              <w:br/>
            </w:r>
            <w:r>
              <w:rPr>
                <w:sz w:val="15"/>
              </w:rPr>
              <w:t>PC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32BC0E8" w14:textId="77777777" w:rsidR="00596E3A" w:rsidRDefault="00000000">
            <w:pPr>
              <w:jc w:val="center"/>
            </w:pPr>
            <w:r>
              <w:rPr>
                <w:sz w:val="15"/>
              </w:rPr>
              <w:t>3,600.00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0945D38" w14:textId="77777777" w:rsidR="00596E3A" w:rsidRDefault="00000000">
            <w:pPr>
              <w:jc w:val="center"/>
            </w:pPr>
            <w:r>
              <w:rPr>
                <w:sz w:val="15"/>
              </w:rPr>
              <w:t>90,000.00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66C91E7C" w14:textId="77777777" w:rsidR="00596E3A" w:rsidRDefault="00000000">
            <w:pPr>
              <w:jc w:val="center"/>
            </w:pPr>
            <w:r>
              <w:rPr>
                <w:sz w:val="15"/>
              </w:rPr>
              <w:t>10,800.00</w:t>
            </w:r>
            <w:r>
              <w:br/>
            </w:r>
            <w:r>
              <w:rPr>
                <w:sz w:val="15"/>
              </w:rPr>
              <w:t>12%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4CA35F86" w14:textId="77777777" w:rsidR="00596E3A" w:rsidRDefault="00000000">
            <w:pPr>
              <w:jc w:val="center"/>
            </w:pPr>
            <w:r>
              <w:rPr>
                <w:sz w:val="15"/>
              </w:rPr>
              <w:t>90,000.00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329487C6" w14:textId="77777777" w:rsidR="00596E3A" w:rsidRDefault="00000000">
            <w:pPr>
              <w:jc w:val="center"/>
            </w:pPr>
            <w:r>
              <w:rPr>
                <w:sz w:val="15"/>
              </w:rPr>
              <w:t>1,319.07</w:t>
            </w:r>
          </w:p>
        </w:tc>
      </w:tr>
      <w:tr w:rsidR="00596E3A" w14:paraId="275E1BE6" w14:textId="77777777">
        <w:trPr>
          <w:jc w:val="center"/>
        </w:trPr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F1CB8D3" w14:textId="77777777" w:rsidR="00596E3A" w:rsidRDefault="00596E3A">
            <w:pPr>
              <w:jc w:val="center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6BEB676B" w14:textId="77777777" w:rsidR="00596E3A" w:rsidRDefault="00000000">
            <w:r>
              <w:rPr>
                <w:sz w:val="15"/>
              </w:rPr>
              <w:t>Shipping &amp; Packaging charges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40EB5BDF" w14:textId="77777777" w:rsidR="00596E3A" w:rsidRDefault="00596E3A">
            <w:pPr>
              <w:jc w:val="center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20305859" w14:textId="77777777" w:rsidR="00596E3A" w:rsidRDefault="00596E3A">
            <w:pPr>
              <w:jc w:val="center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79BA1C1B" w14:textId="77777777" w:rsidR="00596E3A" w:rsidRDefault="00596E3A">
            <w:pPr>
              <w:jc w:val="center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73D5267A" w14:textId="77777777" w:rsidR="00596E3A" w:rsidRDefault="00000000">
            <w:pPr>
              <w:jc w:val="center"/>
            </w:pPr>
            <w:r>
              <w:rPr>
                <w:sz w:val="15"/>
              </w:rPr>
              <w:t>1,200.00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5331FB19" w14:textId="77777777" w:rsidR="00596E3A" w:rsidRDefault="00000000">
            <w:pPr>
              <w:jc w:val="center"/>
            </w:pPr>
            <w:r>
              <w:rPr>
                <w:sz w:val="15"/>
              </w:rPr>
              <w:t>0.00</w:t>
            </w:r>
            <w:r>
              <w:br/>
            </w:r>
            <w:r>
              <w:rPr>
                <w:sz w:val="15"/>
              </w:rPr>
              <w:t>0%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3F7AD3C3" w14:textId="77777777" w:rsidR="00596E3A" w:rsidRDefault="00000000">
            <w:pPr>
              <w:jc w:val="center"/>
            </w:pPr>
            <w:r>
              <w:rPr>
                <w:sz w:val="15"/>
              </w:rPr>
              <w:t>1,200.00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5" w:type="dxa"/>
              <w:left w:w="35" w:type="dxa"/>
              <w:bottom w:w="45" w:type="dxa"/>
              <w:right w:w="35" w:type="dxa"/>
            </w:tcMar>
          </w:tcPr>
          <w:p w14:paraId="661AA5F9" w14:textId="77777777" w:rsidR="00596E3A" w:rsidRDefault="00000000">
            <w:pPr>
              <w:jc w:val="center"/>
            </w:pPr>
            <w:r>
              <w:rPr>
                <w:sz w:val="15"/>
              </w:rPr>
              <w:t>17.59</w:t>
            </w:r>
          </w:p>
        </w:tc>
      </w:tr>
      <w:tr w:rsidR="00596E3A" w14:paraId="18E0690F" w14:textId="77777777">
        <w:trPr>
          <w:jc w:val="center"/>
        </w:trPr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061033F" w14:textId="77777777" w:rsidR="00596E3A" w:rsidRDefault="00596E3A">
            <w:pPr>
              <w:jc w:val="right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4C666AD" w14:textId="77777777" w:rsidR="00596E3A" w:rsidRDefault="00596E3A">
            <w:pPr>
              <w:jc w:val="right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A5DA5B5" w14:textId="77777777" w:rsidR="00596E3A" w:rsidRDefault="00596E3A">
            <w:pPr>
              <w:jc w:val="right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5AAE6B3" w14:textId="77777777" w:rsidR="00596E3A" w:rsidRDefault="00596E3A">
            <w:pPr>
              <w:jc w:val="right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861219F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Total</w:t>
            </w:r>
            <w:r>
              <w:rPr>
                <w:b/>
                <w:sz w:val="15"/>
              </w:rPr>
              <w:br/>
              <w:t>@0%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15373E8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1,200.00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9924606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B953D9B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1,200.00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7692C96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17.59</w:t>
            </w:r>
          </w:p>
        </w:tc>
      </w:tr>
      <w:tr w:rsidR="00596E3A" w14:paraId="35D9B241" w14:textId="77777777">
        <w:trPr>
          <w:jc w:val="center"/>
        </w:trPr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42B33F2" w14:textId="77777777" w:rsidR="00596E3A" w:rsidRDefault="00596E3A">
            <w:pPr>
              <w:jc w:val="right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874C067" w14:textId="77777777" w:rsidR="00596E3A" w:rsidRDefault="00596E3A">
            <w:pPr>
              <w:jc w:val="right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2060210" w14:textId="77777777" w:rsidR="00596E3A" w:rsidRDefault="00596E3A">
            <w:pPr>
              <w:jc w:val="right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B8A0710" w14:textId="77777777" w:rsidR="00596E3A" w:rsidRDefault="00596E3A">
            <w:pPr>
              <w:jc w:val="right"/>
            </w:pP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293DD658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@12%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454A63D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90,000.00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E7A5BCE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10,800.00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3720F263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90,000.00</w:t>
            </w:r>
          </w:p>
        </w:tc>
        <w:tc>
          <w:tcPr>
            <w:tcW w:w="1147" w:type="dxa"/>
            <w:tcBorders>
              <w:top w:val="single" w:sz="3" w:space="0" w:color="D9E0E5"/>
              <w:left w:val="single" w:sz="3" w:space="0" w:color="D9E0E5"/>
              <w:bottom w:val="single" w:sz="3" w:space="0" w:color="D9E0E5"/>
              <w:right w:val="single" w:sz="3" w:space="0" w:color="D9E0E5"/>
            </w:tcBorders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5FF7FE2" w14:textId="77777777" w:rsidR="00596E3A" w:rsidRDefault="00000000">
            <w:pPr>
              <w:jc w:val="right"/>
            </w:pPr>
            <w:r>
              <w:rPr>
                <w:b/>
                <w:sz w:val="15"/>
              </w:rPr>
              <w:t>1,319.07</w:t>
            </w:r>
          </w:p>
        </w:tc>
      </w:tr>
    </w:tbl>
    <w:p w14:paraId="7B984771" w14:textId="77777777" w:rsidR="00596E3A" w:rsidRDefault="00596E3A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6048"/>
      </w:tblGrid>
      <w:tr w:rsidR="00596E3A" w14:paraId="1DC3F2D5" w14:textId="77777777">
        <w:trPr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1BF9C678" w14:textId="77777777" w:rsidR="00596E3A" w:rsidRDefault="00000000">
            <w:r>
              <w:rPr>
                <w:sz w:val="16"/>
              </w:rPr>
              <w:t>Bank Name: test</w:t>
            </w:r>
            <w:r>
              <w:br/>
            </w:r>
            <w:r>
              <w:rPr>
                <w:sz w:val="16"/>
              </w:rPr>
              <w:t>Account Number: 34634643634643</w:t>
            </w:r>
            <w:r>
              <w:br/>
            </w:r>
            <w:r>
              <w:rPr>
                <w:sz w:val="16"/>
              </w:rPr>
              <w:t>Branch Name: trterrt</w:t>
            </w:r>
            <w:r>
              <w:br/>
            </w:r>
            <w:r>
              <w:rPr>
                <w:sz w:val="16"/>
              </w:rPr>
              <w:t>IFSC Code: 46364</w:t>
            </w:r>
            <w:r>
              <w:br/>
            </w:r>
          </w:p>
        </w:tc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E5B7DE" w14:textId="77777777" w:rsidR="00204B67" w:rsidRDefault="00000000">
            <w:pPr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 taxable value: ₹91,200.00</w:t>
            </w:r>
            <w:r>
              <w:br/>
            </w:r>
            <w:r>
              <w:rPr>
                <w:b/>
                <w:sz w:val="16"/>
              </w:rPr>
              <w:t>Total Value (INR): ₹91,200</w:t>
            </w:r>
            <w:r>
              <w:br/>
            </w:r>
            <w:r>
              <w:rPr>
                <w:b/>
                <w:sz w:val="16"/>
              </w:rPr>
              <w:t>Total Value (USD): $1,337</w:t>
            </w:r>
            <w:r>
              <w:br/>
            </w:r>
          </w:p>
          <w:p w14:paraId="583FAC5B" w14:textId="5CB5009F" w:rsidR="00596E3A" w:rsidRDefault="00000000">
            <w:pPr>
              <w:jc w:val="right"/>
            </w:pPr>
            <w:r>
              <w:rPr>
                <w:b/>
                <w:sz w:val="16"/>
              </w:rPr>
              <w:t>Total Value in words (INR): ₹ Ninety-one Thousand Two Hundred Only</w:t>
            </w:r>
            <w:r>
              <w:br/>
            </w:r>
            <w:r>
              <w:rPr>
                <w:b/>
                <w:sz w:val="16"/>
              </w:rPr>
              <w:t>Total Value in words (USD): $ One Thousand Three Hundred Thirty-seven Only</w:t>
            </w:r>
            <w:r>
              <w:br/>
            </w:r>
          </w:p>
        </w:tc>
      </w:tr>
    </w:tbl>
    <w:p w14:paraId="01478BB5" w14:textId="77777777" w:rsidR="00596E3A" w:rsidRDefault="00596E3A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2"/>
        <w:gridCol w:w="3456"/>
      </w:tblGrid>
      <w:tr w:rsidR="00596E3A" w14:paraId="4D52F315" w14:textId="77777777">
        <w:trPr>
          <w:jc w:val="center"/>
        </w:trPr>
        <w:tc>
          <w:tcPr>
            <w:tcW w:w="6912" w:type="dxa"/>
            <w:tcBorders>
              <w:top w:val="single" w:sz="5" w:space="0" w:color="D9E0E5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20" w:type="dxa"/>
              <w:right w:w="0" w:type="dxa"/>
            </w:tcMar>
          </w:tcPr>
          <w:p w14:paraId="30C74651" w14:textId="77777777" w:rsidR="00596E3A" w:rsidRDefault="00000000">
            <w:r>
              <w:rPr>
                <w:b/>
              </w:rPr>
              <w:t>IMPORTANT TERMS</w:t>
            </w:r>
            <w:r>
              <w:br/>
            </w:r>
            <w:r>
              <w:br/>
            </w:r>
            <w:r>
              <w:rPr>
                <w:i/>
                <w:sz w:val="16"/>
              </w:rPr>
              <w:t>To be paid in full in maximum 7 days after receiving the invoice.</w:t>
            </w:r>
            <w:r>
              <w:br/>
            </w:r>
            <w:r>
              <w:rPr>
                <w:i/>
                <w:sz w:val="16"/>
              </w:rPr>
              <w:t>Warranty: 30 days from receiving items</w:t>
            </w:r>
          </w:p>
        </w:tc>
        <w:tc>
          <w:tcPr>
            <w:tcW w:w="3456" w:type="dxa"/>
            <w:tcBorders>
              <w:top w:val="single" w:sz="5" w:space="0" w:color="D9E0E5"/>
              <w:left w:val="nil"/>
              <w:bottom w:val="nil"/>
              <w:right w:val="nil"/>
            </w:tcBorders>
            <w:tcMar>
              <w:top w:w="70" w:type="dxa"/>
              <w:left w:w="0" w:type="dxa"/>
              <w:bottom w:w="20" w:type="dxa"/>
              <w:right w:w="0" w:type="dxa"/>
            </w:tcMar>
          </w:tcPr>
          <w:p w14:paraId="2FEA1FB7" w14:textId="77777777" w:rsidR="00204B67" w:rsidRDefault="00000000">
            <w:pPr>
              <w:jc w:val="center"/>
              <w:rPr>
                <w:b/>
                <w:sz w:val="16"/>
              </w:rPr>
            </w:pPr>
            <w:r>
              <w:br/>
            </w:r>
          </w:p>
          <w:p w14:paraId="09C2F843" w14:textId="77777777" w:rsidR="00204B67" w:rsidRDefault="00204B67">
            <w:pPr>
              <w:jc w:val="center"/>
              <w:rPr>
                <w:b/>
                <w:sz w:val="16"/>
              </w:rPr>
            </w:pPr>
          </w:p>
          <w:p w14:paraId="67E167AB" w14:textId="43CF7B88" w:rsidR="00596E3A" w:rsidRDefault="00000000">
            <w:pPr>
              <w:jc w:val="center"/>
            </w:pPr>
            <w:r>
              <w:rPr>
                <w:b/>
                <w:sz w:val="16"/>
              </w:rPr>
              <w:t>Provider Signature</w:t>
            </w:r>
          </w:p>
        </w:tc>
      </w:tr>
    </w:tbl>
    <w:p w14:paraId="02445AA1" w14:textId="77777777" w:rsidR="00596E3A" w:rsidRDefault="00000000">
      <w:pPr>
        <w:spacing w:before="100" w:after="0" w:line="240" w:lineRule="auto"/>
      </w:pPr>
      <w:r>
        <w:rPr>
          <w:sz w:val="16"/>
        </w:rPr>
        <w:t>SUPPLY MEANT FOR EXPORT ON PAYMENT OF INTEGRATED TAX</w:t>
      </w:r>
    </w:p>
    <w:sectPr w:rsidR="00596E3A" w:rsidSect="00034616">
      <w:pgSz w:w="11909" w:h="16834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225536">
    <w:abstractNumId w:val="8"/>
  </w:num>
  <w:num w:numId="2" w16cid:durableId="1551261207">
    <w:abstractNumId w:val="6"/>
  </w:num>
  <w:num w:numId="3" w16cid:durableId="1180193628">
    <w:abstractNumId w:val="5"/>
  </w:num>
  <w:num w:numId="4" w16cid:durableId="1137450190">
    <w:abstractNumId w:val="4"/>
  </w:num>
  <w:num w:numId="5" w16cid:durableId="306013693">
    <w:abstractNumId w:val="7"/>
  </w:num>
  <w:num w:numId="6" w16cid:durableId="1949585141">
    <w:abstractNumId w:val="3"/>
  </w:num>
  <w:num w:numId="7" w16cid:durableId="1061750026">
    <w:abstractNumId w:val="2"/>
  </w:num>
  <w:num w:numId="8" w16cid:durableId="1709330014">
    <w:abstractNumId w:val="1"/>
  </w:num>
  <w:num w:numId="9" w16cid:durableId="158945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4B67"/>
    <w:rsid w:val="0029639D"/>
    <w:rsid w:val="00326F90"/>
    <w:rsid w:val="00596E3A"/>
    <w:rsid w:val="00AA1D8D"/>
    <w:rsid w:val="00B347C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890019"/>
  <w14:defaultImageDpi w14:val="300"/>
  <w15:docId w15:val="{8F7662F7-F6F5-418A-8958-232B165A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Priyanka patil</cp:lastModifiedBy>
  <cp:revision>2</cp:revision>
  <dcterms:created xsi:type="dcterms:W3CDTF">2013-12-23T23:15:00Z</dcterms:created>
  <dcterms:modified xsi:type="dcterms:W3CDTF">2026-09-24T06:59:00Z</dcterms:modified>
  <cp:category/>
</cp:coreProperties>
</file>